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MADISON CENTER</w:t>
      </w:r>
    </w:p>
    <w:p>
      <w:pPr>
        <w:pStyle w:val="Title"/>
      </w:pPr>
      <w:r>
        <w:t>Organization brief</w:t>
      </w:r>
    </w:p>
    <w:p>
      <w:pPr>
        <w:pStyle w:val="Subtitle"/>
      </w:pPr>
      <w:r>
        <w:t>Formation for thoughtful, articulate, and responsible civic leadership.</w:t>
      </w:r>
    </w:p>
    <w:p>
      <w:pPr>
        <w:pStyle w:val="Heading1"/>
      </w:pPr>
      <w:r>
        <w:t>Purpose</w:t>
      </w:r>
    </w:p>
    <w:p>
      <w:r>
        <w:t>[Explain the organization or specific initiative in two or three sentences. Identify the audience it serves.]</w:t>
      </w:r>
    </w:p>
    <w:p>
      <w:pPr>
        <w:pStyle w:val="Heading1"/>
      </w:pPr>
      <w:r>
        <w:t>Current work</w:t>
      </w:r>
    </w:p>
    <w:p>
      <w:r>
        <w:t>[Describe the learning resources, Forum activity, or member programming that is currently available. Include only confirmed activity.]</w:t>
      </w:r>
    </w:p>
    <w:p>
      <w:pPr>
        <w:pStyle w:val="Heading1"/>
      </w:pPr>
      <w:r>
        <w:t>Proposed cooperation</w:t>
      </w:r>
    </w:p>
    <w:p>
      <w:r>
        <w:t>[Describe the specific contribution, meeting, or collaboration you are seeking and its value to the recipient.]</w:t>
      </w:r>
    </w:p>
    <w:p>
      <w:pPr>
        <w:pStyle w:val="Heading1"/>
      </w:pPr>
      <w:r>
        <w:t>Next step</w:t>
      </w:r>
    </w:p>
    <w:p>
      <w:r>
        <w:t>[Name the contact person and the action requested.]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Conservatism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[Office or chapter]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667824" cy="787743"/>
          <wp:wrapNone/>
          <wp:docPr id="1" name="Picture 1" descr="Madison Center for American Conservatism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7824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 brief template</dc:title>
  <dc:subject>Reusable organization template</dc:subject>
  <dc:creator>Madison Center for American Conservatism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