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ORGANIZATION</w:t>
      </w:r>
    </w:p>
    <w:p>
      <w:pPr>
        <w:pStyle w:val="Title"/>
      </w:pPr>
      <w:r>
        <w:t>Meeting agenda</w:t>
      </w:r>
    </w:p>
    <w:p>
      <w:r>
        <w:t>[Meeting name]</w:t>
        <w:br/>
        <w:t>[Date]     [Time and time zone]</w:t>
        <w:br/>
        <w:t>[Location or meeting link]</w:t>
      </w:r>
    </w:p>
    <w:p>
      <w:pPr>
        <w:pStyle w:val="Heading1"/>
      </w:pPr>
      <w:r>
        <w:t>Purpose</w:t>
      </w:r>
    </w:p>
    <w:p>
      <w:r>
        <w:t>[State the decision or outcome this meeting should produce.]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6696"/>
        <w:gridCol w:w="1728"/>
      </w:tblGrid>
      <w:tr>
        <w:trPr>
          <w:tblHeader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Time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Discussion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Lead</w:t>
            </w:r>
          </w:p>
        </w:tc>
      </w:tr>
      <w:t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[Time]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[Topic and intended outcome]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</w:tr>
      <w:t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[Time]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[Topic and intended outcome]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</w:tr>
      <w:t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[Time]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[Topic and intended outcome]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</w:tr>
    </w:tbl>
    <w:p>
      <w:pPr>
        <w:pStyle w:val="Heading1"/>
      </w:pPr>
      <w:r>
        <w:t>Decisions and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2"/>
        <w:gridCol w:w="1728"/>
        <w:gridCol w:w="1728"/>
      </w:tblGrid>
      <w:tr>
        <w:trPr>
          <w:tblHeader/>
        </w:trPr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Action or decision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Owner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[Record the agreed action]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[Date]</w:t>
            </w:r>
          </w:p>
        </w:tc>
      </w:tr>
      <w:tr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[Record the agreed action]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Conservatism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[Office or chapter]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667824" cy="787743"/>
          <wp:wrapNone/>
          <wp:docPr id="1" name="Picture 1" descr="Madison Center for American Conservatism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7824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and action record template</dc:title>
  <dc:subject>Reusable organization template</dc:subject>
  <dc:creator>Madison Center for American Conservatism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