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color w:val="596C80"/>
          <w:sz w:val="17"/>
        </w:rPr>
        <w:t>FORUM SUBMISSION</w:t>
      </w:r>
    </w:p>
    <w:p>
      <w:pPr>
        <w:pStyle w:val="Title"/>
      </w:pPr>
      <w:r>
        <w:t>Article title</w:t>
      </w:r>
    </w:p>
    <w:p>
      <w:pPr>
        <w:pStyle w:val="Subtitle"/>
      </w:pPr>
      <w:r>
        <w:t>[One sentence explaining the central argument.]</w:t>
      </w:r>
    </w:p>
    <w:p>
      <w:r>
        <w:t>[Author name]</w:t>
        <w:br/>
        <w:t>[Subject or series]     [Date]</w:t>
      </w:r>
    </w:p>
    <w:p>
      <w:r>
        <w:t>[Open with the question, claim, or event that gives the article its purpose. Establish the central argument clearly.]</w:t>
      </w:r>
    </w:p>
    <w:p>
      <w:pPr>
        <w:pStyle w:val="Heading1"/>
      </w:pPr>
      <w:r>
        <w:t>Section heading</w:t>
      </w:r>
    </w:p>
    <w:p>
      <w:r>
        <w:t>[Develop the argument with relevant evidence. Attribute quotations and distinguish fact from interpretation.]</w:t>
      </w:r>
    </w:p>
    <w:p>
      <w:r>
        <w:t>[Address the strongest relevant objection or limitation before bringing the argument to a conclusion.]</w:t>
      </w:r>
    </w:p>
    <w:p>
      <w:pPr>
        <w:pStyle w:val="Heading1"/>
      </w:pPr>
      <w:r>
        <w:t>Sources</w:t>
      </w:r>
    </w:p>
    <w:p>
      <w:r>
        <w:t>[Insert consistent source notes or references. Replace this template text before submission.]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088" w:right="1296" w:bottom="1440" w:left="1296" w:header="806" w:footer="69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>
      <w:t>Madison Center for American Conservatism</w:t>
    </w:r>
  </w:p>
  <w:p>
    <w:pPr>
      <w:pStyle w:val="Footer"/>
      <w:spacing w:after="40"/>
      <w:jc w:val="center"/>
    </w:pPr>
    <w:r>
      <w:t xml:space="preserve">[Email]     </w:t>
    </w:r>
    <w:hyperlink r:id="rId1">
      <w:r>
        <w:t xml:space="preserve">madisonamerica.org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anrope Medium" w:hAnsi="Manrope Medium"/>
        <w:sz w:val="17"/>
      </w:rPr>
      <w:t>FORUM</w:t>
    </w: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566928</wp:posOffset>
          </wp:positionH>
          <wp:positionV relativeFrom="page">
            <wp:posOffset>411480</wp:posOffset>
          </wp:positionV>
          <wp:extent cx="2667824" cy="787743"/>
          <wp:wrapNone/>
          <wp:docPr id="1" name="Picture 1" descr="Madison Center for American Conservatism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Madison-Center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67824" cy="787743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anrope" w:hAnsi="Manrope" w:eastAsia="Manrope" w:cs="Manrope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80"/>
    </w:pPr>
    <w:rPr>
      <w:rFonts w:ascii="Manrope" w:hAnsi="Manrope" w:eastAsia="Manrope"/>
      <w:color w:val="142D4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nrope" w:hAnsi="Manrope" w:eastAsia="Manrope"/>
      <w:color w:val="596C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nrope" w:hAnsi="Manrope" w:eastAsia="Manrope"/>
      <w:color w:val="596C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="Manrope Medium" w:hAnsi="Manrope Medium" w:eastAsia="Manrope Medium"/>
      <w:b w:val="0"/>
      <w:bCs/>
      <w:color w:val="142D4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="Manrope Medium" w:hAnsi="Manrope Medium" w:eastAsia="Manrope Medium"/>
      <w:b w:val="0"/>
      <w:bCs/>
      <w:color w:val="142D4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Manrope" w:hAnsi="Manrope" w:eastAsia="Manrope" w:cs="Manrope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Manrope" w:hAnsi="Manrope" w:eastAsia="Manrope" w:cs="Manrope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Manrope" w:hAnsi="Manrope" w:eastAsia="Manrope" w:cs="Manrope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Manrope" w:hAnsi="Manrope" w:eastAsia="Manrope" w:cs="Manrope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Manrope" w:hAnsi="Manrope" w:eastAsia="Manrope" w:cs="Manrope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Manrope" w:hAnsi="Manrope" w:eastAsia="Manrope" w:cs="Manrope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Manrope" w:hAnsi="Manrope" w:eastAsia="Manrope" w:cs="Manrope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Manrope" w:hAnsi="Manrope" w:eastAsia="Manrope" w:cs="Manrope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Manrope" w:hAnsi="Manrope" w:eastAsia="Manrope" w:cs="Manrope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Manrope" w:hAnsi="Manrope" w:eastAsia="Manrope" w:cs="Manrope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="Manrope Medium" w:hAnsi="Manrope Medium" w:eastAsia="Manrope Medium"/>
      <w:b w:val="0"/>
      <w:color w:val="142D4B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Manrope" w:hAnsi="Manrope" w:eastAsia="Manrope" w:cs="Manrope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Manrope" w:hAnsi="Manrope" w:eastAsia="Manrope"/>
      <w:color w:val="596C80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Manrope" w:hAnsi="Manrope" w:eastAsia="Manrope" w:cs="Manrope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Manrope" w:hAnsi="Manrope" w:eastAsia="Manrope" w:cs="Manrope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Manrope" w:hAnsi="Manrope" w:eastAsia="Manrope" w:cs="Manrope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Manrope" w:hAnsi="Manrope" w:eastAsia="Manrope" w:cs="Manrope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Manrope" w:hAnsi="Manrope" w:eastAsia="Manrope" w:cs="Manrope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Manrope" w:hAnsi="Manrope" w:eastAsia="Manrope" w:cs="Manrope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Manrope" w:hAnsi="Manrope" w:eastAsia="Manrope" w:cs="Manrope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adisonamerica.org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Forum article template</dc:title>
  <dc:subject>Reusable organization template</dc:subject>
  <dc:creator>Madison Center for American Conservatism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